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Skatatie 274, 64100 Kristiinankaupunki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10:00-12:00 Skatan-aamiainen+Korva-akupunktio</w:t>
      </w:r>
    </w:p>
    <w:p>
      <w:r>
        <w:t xml:space="preserve">Tervetuloa nauttimaan kiireettömästä hetkestä meren äärellä.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