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Klemetsgårdarna, Kärklaxvägen 308</w:t>
      </w:r>
    </w:p>
    <w:p>
      <w:r>
        <w:t>19.6.2026 perjantai</w:t>
      </w:r>
    </w:p>
    <w:p>
      <w:pPr>
        <w:pStyle w:val="Heading1"/>
      </w:pPr>
      <w:r>
        <w:t>19.6.2026-9.8.2026</w:t>
      </w:r>
    </w:p>
    <w:p>
      <w:pPr>
        <w:pStyle w:val="Heading2"/>
      </w:pPr>
      <w:r>
        <w:t>12:00-20:00 KAJ-näyttely</w:t>
      </w:r>
    </w:p>
    <w:p>
      <w:r>
        <w:t>KAJ-näyttely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