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Tenniscentret vid Centralplan, Mejerivägen 6, 64200 Närpes</w:t>
      </w:r>
    </w:p>
    <w:p>
      <w:r>
        <w:t>10.6.2026 keskiviikko</w:t>
      </w:r>
    </w:p>
    <w:p>
      <w:pPr>
        <w:pStyle w:val="Heading1"/>
      </w:pPr>
      <w:r>
        <w:t>10.6.2026-24.6.2026</w:t>
      </w:r>
    </w:p>
    <w:p>
      <w:pPr>
        <w:pStyle w:val="Heading2"/>
      </w:pPr>
      <w:r>
        <w:t>10:00-12:00 Gratis tennisdagar i samarbete med Sydmultisport</w:t>
      </w:r>
    </w:p>
    <w:p>
      <w:r>
        <w:t>Barn i åldrarna 5-13 år får komma och spela tennis gratis tre onsdagar i juni med början 10.6 kl 10-12.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