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Campus, Folkhälsan Norrvalla, Vöyrintie 305-307, Vöyri</w:t>
      </w:r>
    </w:p>
    <w:p>
      <w:r>
        <w:t>3.6.2026 keskiviikko</w:t>
      </w:r>
    </w:p>
    <w:p>
      <w:pPr>
        <w:pStyle w:val="Heading1"/>
      </w:pPr>
      <w:r>
        <w:t>3.6.2026-31.7.2026</w:t>
      </w:r>
    </w:p>
    <w:p>
      <w:pPr>
        <w:pStyle w:val="Heading2"/>
      </w:pPr>
      <w:r>
        <w:t>08:00-21:00 Väsen – taidenäyttely</w:t>
      </w:r>
    </w:p>
    <w:p>
      <w:r>
        <w:t>Kuvataiteilija Ulrika Ferm esittelee Väsen-sarjansa lyijykynäpiirustuksia Campus Norrvallan galleriassa.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