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Bergön kirkko, Bergövägen 279, 66220 Bergö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18:00-19:15 Kotiinpaluu</w:t>
      </w:r>
    </w:p>
    <w:p>
      <w:r>
        <w:t>Laulukonsertti Jacob Waseliuksen &amp; Richard Mittsin kanssa. Ohjelmistossa mm. Puccinin, Bizetn ja Sibeliuksen kappaleita.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