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Årvasgården, Slagfältsvägen 20, 66800 Oravais 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 xml:space="preserve">14:00-17:00 Förköp av Nilla Kjellsdotters bok DRÖMMAREN </w:t>
      </w:r>
    </w:p>
    <w:p>
      <w:r>
        <w:t>Förköp av DRÖMMAREN, del 5 i Mija Wadö-serien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