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19:00-21:00 Kolmonen: FC Kiisto - VIFK</w:t>
      </w:r>
    </w:p>
    <w:p>
      <w:r>
        <w:t>Kolmosen kiihkeä paikalliskamppailu FC Kiiston ja VIFK:n välillä.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