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Grannasberget / Ehrsparken vid gamla Härmävägen, Vörå.</w:t>
      </w:r>
    </w:p>
    <w:p>
      <w:r>
        <w:t>29.6.2026 maanantai</w:t>
      </w:r>
    </w:p>
    <w:p>
      <w:pPr>
        <w:pStyle w:val="Heading1"/>
      </w:pPr>
      <w:r>
        <w:t>29.6.2026 maanantai</w:t>
      </w:r>
    </w:p>
    <w:p>
      <w:pPr>
        <w:pStyle w:val="Heading2"/>
      </w:pPr>
      <w:r>
        <w:t xml:space="preserve">13:00-15:00 Konst  Fotograferings picknick </w:t>
      </w:r>
    </w:p>
    <w:p>
      <w:r>
        <w:t>Vi träffas på Grannasberget i Vörå, alla konst &amp; fotograferings entusiaster. Alla 16+ i ålder VÄLKOMNA!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