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Stadsmuseum Carlsro, Carlsrovägen 181, Kristinestad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13:00-14:00 Friluftsgudstjänst vid Carlsro museum</w:t>
      </w:r>
    </w:p>
    <w:p>
      <w:r>
        <w:t>Välkommen till en somrig friluftsgudstjänst med liturg Lars Nisula och musik av Tjöck spelmanslag.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