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9, 66600 Vörå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19:00-20:30 Veteranbilsträff</w:t>
      </w:r>
    </w:p>
    <w:p>
      <w:r>
        <w:t>Veteranbilar besöker Rökiö kvarn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