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Kyrkobyvägen 31</w:t>
      </w:r>
    </w:p>
    <w:p>
      <w:r>
        <w:t>13.6.2026 lauantai</w:t>
      </w:r>
    </w:p>
    <w:p>
      <w:pPr>
        <w:pStyle w:val="Heading1"/>
      </w:pPr>
      <w:r>
        <w:t>13.6.2026 lauantai</w:t>
      </w:r>
    </w:p>
    <w:p>
      <w:pPr>
        <w:pStyle w:val="Heading2"/>
      </w:pPr>
      <w:r>
        <w:t>13:00-16:00 Säsongsöppning på Korsnäs hembygdsmuseum</w:t>
      </w:r>
    </w:p>
    <w:p>
      <w:r>
        <w:t>Med bl.a.en nyöppning av utställningen "Utsmyckat" med målade föremål av lokala konstnärer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