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18:10-18:10 Vaasan Veteraaniautoseuran keskiviikkoajo</w:t>
      </w:r>
    </w:p>
    <w:p>
      <w:r>
        <w:t>Ajot Moikipään (Molpen) nuorisoseuran tanssilavalle, Sjövägen 298, Molpe.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