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Kaupunginmuseo Carlsro, Carlsrontie 181, Kristiinankaupunki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15:00-17:00 Katrin kauneimmat – kunnianosoitus Katri Helenalle</w:t>
      </w:r>
    </w:p>
    <w:p>
      <w:r>
        <w:t>Tervetuloa tunnelmalliseen kesäkonserttiin puistoon – joka on täynnä tunnetta, muistoja ja ajattomia sävelmiä!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