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 huvudbibliotek, Härmävägen 8</w:t>
      </w:r>
    </w:p>
    <w:p>
      <w:r>
        <w:t>29.6.2026 maanantai</w:t>
      </w:r>
    </w:p>
    <w:p>
      <w:pPr>
        <w:pStyle w:val="Heading1"/>
      </w:pPr>
      <w:r>
        <w:t>29.6.2026 maanantai</w:t>
      </w:r>
    </w:p>
    <w:p>
      <w:pPr>
        <w:pStyle w:val="Heading2"/>
      </w:pPr>
      <w:r>
        <w:t>18:00-19:00 Skönhet  Själ – konstutställning</w:t>
      </w:r>
    </w:p>
    <w:p>
      <w:r>
        <w:t>Lovisa Södergård från Vörå studerar till bildkonstnär vid Novia och presenterar sin konst vid Vörå huvudbibliotek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