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Åbackvägen 4, Dagsmark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18:00-18:00 Historisk rundvandring i Dagsmark</w:t>
      </w:r>
    </w:p>
    <w:p>
      <w:r>
        <w:t>Kom med på en historisk rundvandring i Dagsmark under guidning av Lasse Backlund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