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Åbackvägen 4, Dagsmark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19:00-19:00 Bubbel och babbel</w:t>
      </w:r>
    </w:p>
    <w:p>
      <w:r>
        <w:t>En kväll för tillfälle att umgås i gott sällskap. Ta gärna med ett handarbete!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