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Tempus, Otto Malminkatu 3, 68600 Pietarsaari</w:t>
      </w:r>
    </w:p>
    <w:p>
      <w:r>
        <w:t>12.6.2026 perjantai</w:t>
      </w:r>
    </w:p>
    <w:p>
      <w:pPr>
        <w:pStyle w:val="Heading1"/>
      </w:pPr>
      <w:r>
        <w:t>12.6.2026-9.8.2026</w:t>
      </w:r>
    </w:p>
    <w:p>
      <w:pPr>
        <w:pStyle w:val="Heading2"/>
      </w:pPr>
      <w:r>
        <w:t>18:00-16:00 POHJALAISIA HUONEITA – KULTTUURIPERINTÖÄ JA NYKYMUOTOILUA</w:t>
      </w:r>
    </w:p>
    <w:p>
      <w:r>
        <w:t>Näyttelyssä esitellään noin 20 pohjalaisen muotoilijan käsitöitä sekä paikallisia kansanperinteen aarteita.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