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19:00-23:00 Grillfest med Tobias Granbacka - FRE 17.7.26, från kl. 19:00</w:t>
      </w:r>
    </w:p>
    <w:p>
      <w:r>
        <w:t>Grillfest med Tobias Granbacka - FRE 17.7.26, från kl.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