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Kuulankatu 15, 65230 Vaasa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10:00-10:00 Vaasan Hubertuksen 60-vuotisjuhlakilpailut</w:t>
      </w:r>
    </w:p>
    <w:p>
      <w:r>
        <w:t>Kouluratsastuskilpailut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