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 Skola, Kimovägen 715 66810 Kimo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19:00-21:00 Brännboll vid Kimo Skola</w:t>
      </w:r>
    </w:p>
    <w:p>
      <w:r>
        <w:t>Brännboll för hela familjen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