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Eljasuksentie 106, 66800 Oravainen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18:00-21:00 Keppihevos hyppykilpailu Oravaisissa 1.7</w:t>
      </w:r>
    </w:p>
    <w:p>
      <w:r>
        <w:t>Keppihevos hyppykilpailu Oravaisten urheilukentällä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