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Puistotie 3, 62300 HÄRMÄ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12:00-16:00 Koko Perheen Juhannus</w:t>
      </w:r>
    </w:p>
    <w:p>
      <w:r>
        <w:t>PowerParkissa vietetään unohtumaton koko perheen juhannusperjantai täynnä huvittelua, musiikkia ja elämyksiä!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