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Vöyrintie 16</w:t>
      </w:r>
    </w:p>
    <w:p>
      <w:r>
        <w:t>23.6.2026 tiistai</w:t>
      </w:r>
    </w:p>
    <w:p>
      <w:pPr>
        <w:pStyle w:val="Heading1"/>
      </w:pPr>
      <w:r>
        <w:t>23.6.2026 tiistai</w:t>
      </w:r>
    </w:p>
    <w:p>
      <w:pPr>
        <w:pStyle w:val="Heading2"/>
      </w:pPr>
      <w:r>
        <w:t>15:30-18:30 🎨 Paint and Chill – Luova iltapäivä!</w:t>
      </w:r>
    </w:p>
    <w:p>
      <w:r>
        <w:t>Oletko 12–18-vuotias? Tule mukaan rentoon ja luovaan iltapäivään maalaamaan ja hengailemaan 🎧✨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