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Variskarit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17:30-19:30 Isolahden kesänavaus Sommarens öppningen i Storviken</w:t>
      </w:r>
    </w:p>
    <w:p>
      <w:r>
        <w:t>Koko perheen tapahtuma Variskareilla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