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13:00-15:00 Kesäsalon pystytysjuhla - Midsommarstångsresningsfest</w:t>
      </w:r>
    </w:p>
    <w:p>
      <w:r>
        <w:t>Kesäsalon pystytysjuhla - Midsommarstångsresningsfest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