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Jungman, Merikatu 8, Kristiinankaupunki</w:t>
      </w:r>
    </w:p>
    <w:p>
      <w:r>
        <w:t>10.7.2026 perjantai</w:t>
      </w:r>
    </w:p>
    <w:p>
      <w:pPr>
        <w:pStyle w:val="Heading1"/>
      </w:pPr>
      <w:r>
        <w:t>10.7.2026-11.7.2026</w:t>
      </w:r>
    </w:p>
    <w:p>
      <w:pPr>
        <w:pStyle w:val="Heading2"/>
      </w:pPr>
      <w:r>
        <w:t>22:00-22:00 Markkinabileet suurteltassa</w:t>
      </w:r>
    </w:p>
    <w:p>
      <w:r>
        <w:t>Markkinaviikonloppu on kesän kohokohta!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