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Fontana Club, Hovioikeudenpuistikko 15, 65100, Vaasa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18:00-23:59 NovaNightz Presents: HASSELYRA</w:t>
      </w:r>
    </w:p>
    <w:p>
      <w:r>
        <w:t>NovaNightz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