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Robert’s Coffee, Raatihuoneenkatu 7, 68600 Pietarsaari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16:30-17:30 Tule keskustelemaan kaupungin taloudesta</w:t>
      </w:r>
    </w:p>
    <w:p>
      <w:r>
        <w:t>Pietarsaaren kaupunki järjestää seuraavat kaupunginjohtajakahvit ti 9.6. klo 16.30–17.30 Robert's Coffee -kahvilassa.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