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Jolene Happy Bar Vaasa, Hovioikeidenpuistikko 13, 65100 Vaasa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21:00-23:00 Drag show</w:t>
      </w:r>
    </w:p>
    <w:p>
      <w:r>
        <w:t>Tampereen Kuningattaret esittävät Drag Show:n Jolenessa 3.7.2026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