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Kirkonmäen kulttuurialue, Pläkkyrimuseo Fyrry, Merikaarrontie 5</w:t>
      </w:r>
    </w:p>
    <w:p>
      <w:r>
        <w:t>5.6.2026 perjantai</w:t>
      </w:r>
    </w:p>
    <w:p>
      <w:pPr>
        <w:pStyle w:val="Heading1"/>
      </w:pPr>
      <w:r>
        <w:t>5.6.2026-1.8.2026</w:t>
      </w:r>
    </w:p>
    <w:p>
      <w:pPr>
        <w:pStyle w:val="Heading2"/>
      </w:pPr>
      <w:r>
        <w:t>12:00-18:00 Fati, punkka vai korvee? Erikoisnäyttely Pläkkyrimuseo Fyrryssä 5.6.-2.8.</w:t>
      </w:r>
    </w:p>
    <w:p>
      <w:r>
        <w:t xml:space="preserve">🤿Kesällä 2026 pääset sukeltamaan ammeiden, fatien ja korvehien maailmaan Pläkkyrimuseo Fyrryn erikoisnäyttelyssä.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