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Metsäkallion kuntorata, Pohjolankadun ja Metsäkallionkadun risteys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17:00-19:00 Lupiiniralli Metsäkalliossa</w:t>
      </w:r>
    </w:p>
    <w:p>
      <w:r>
        <w:t>Kerää ja voita! Tule torjumaan lupiineja Metsäkallion kuntoradalle Vaasan ympäristöseuran kanssa.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