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Tottesunds herrgård, Tottesund 529 i Maxmo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18:00-19:30 Konsert "När Norge möter Finland"</w:t>
      </w:r>
    </w:p>
    <w:p>
      <w:r>
        <w:t>Konsert med Margaretha Nordqvist, sopran och Hans Seppelin, piano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