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församlingshem, Bertby-Lålaxvägen 8, Vörå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10:00-11:30 Högmässa i Vörå församlingshem</w:t>
      </w:r>
    </w:p>
    <w:p>
      <w:r>
        <w:t>Gudstjänst med nattvard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