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Liisanlehto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18:10-18:10 Vaasan Veteraaniautoseuran keskiviikkoajo</w:t>
      </w:r>
    </w:p>
    <w:p>
      <w:r>
        <w:t>Ajetaan Botnia Marin Oy Ab, Industrivägen 8, Maalahti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