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Punainen Risti Vaasan suomalainen osasto, Kauppapuistikko 26, 65100 Vaasa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18:00-20:00 Viisaasti varautuen! - varautuminen apteekin näkökulmasta</w:t>
      </w:r>
    </w:p>
    <w:p>
      <w:r>
        <w:t xml:space="preserve">Avoin yleisöluento kaikille, illan vetää farmaseutti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