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19:00-19:00 ShoWhat  StepUp Dancers - Ensimmäinen jäähyväiskiertue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