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21:00-21:00 Intopiukeet 20 v esittää: ImproClub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