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Torgare Prästgård, Torgarevägen 22, Kronoby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11:00-17:00 Museirundan på Torgare</w:t>
      </w:r>
    </w:p>
    <w:p>
      <w:r>
        <w:t xml:space="preserve">Torgare prästgård deltar även detta år i 'Museirundan' som arrangeras av Kronoby hembygdsförening.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