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Prästgård, Torgarevägen 22, Kronoby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12:00-15:00 Torgare Prästgård och sommarcafé</w:t>
      </w:r>
    </w:p>
    <w:p>
      <w:r>
        <w:t>Besök Torgare Prästgård och museiområde denna sommar! I prästgårdens café avnjuts kaffe med tillbehör i historisk idyll!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