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Kapteeninkatu 32, 65200 Vaasa </w:t>
      </w:r>
    </w:p>
    <w:p>
      <w:r>
        <w:t>5.6.2026 perjantai</w:t>
      </w:r>
    </w:p>
    <w:p>
      <w:pPr>
        <w:pStyle w:val="Heading1"/>
      </w:pPr>
      <w:r>
        <w:t>5.6.2026 perjantai</w:t>
      </w:r>
    </w:p>
    <w:p>
      <w:pPr>
        <w:pStyle w:val="Heading2"/>
      </w:pPr>
      <w:r>
        <w:t>12:00-18:00 Präntöön Helmen kesäiset katujuhlat</w:t>
      </w:r>
    </w:p>
    <w:p>
      <w:r>
        <w:t>Iloinen kesäpäivä Palosaarella, tarjolla ohjelmaa kaiken ikäisille, vauvasta vaariin!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