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kirjasto, Vanhan Vaasankatu 20, Vaasa.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17:30-19:00 Aamu ja karannut minipossu -kirjan julkistamistilaisuus</w:t>
      </w:r>
    </w:p>
    <w:p>
      <w:r>
        <w:t>Aamu ja karannut minipossu -kirjan julkistamistilaisuus Variskan kirjastossa tiistaina 9.6. klo 17.30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