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Musikcentralen, Jaakonkatu 39 A, Pietarsaari</w:t>
      </w:r>
    </w:p>
    <w:p>
      <w:r>
        <w:t>25.6.2026 torstai</w:t>
      </w:r>
    </w:p>
    <w:p>
      <w:pPr>
        <w:pStyle w:val="Heading1"/>
      </w:pPr>
      <w:r>
        <w:t>25.6.2026-29.8.2026</w:t>
      </w:r>
    </w:p>
    <w:p>
      <w:pPr>
        <w:pStyle w:val="Heading2"/>
      </w:pPr>
      <w:r>
        <w:t>14:00-18:00 Missä musiikki alkoi -näyttely</w:t>
      </w:r>
    </w:p>
    <w:p>
      <w:r>
        <w:t>Rehellinen ja rosoinen rockhistoria Jeppis-ilmiöstä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