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Kaupungintalo (Sevilla), Strengberginkatu 1, Pietarsaari</w:t>
      </w:r>
    </w:p>
    <w:p>
      <w:r>
        <w:t>6.6.2026 lauantai</w:t>
      </w:r>
    </w:p>
    <w:p>
      <w:pPr>
        <w:pStyle w:val="Heading1"/>
      </w:pPr>
      <w:r>
        <w:t>6.6.2026 lauantai</w:t>
      </w:r>
    </w:p>
    <w:p>
      <w:pPr>
        <w:pStyle w:val="Heading2"/>
      </w:pPr>
      <w:r>
        <w:t>10:00-13:00 Ystäväperhetoiminta</w:t>
      </w:r>
    </w:p>
    <w:p>
      <w:r>
        <w:t>Kiinnostaako sinua toimia pakolaisten ystävänä tai ystäväperheenä? Osallistu ystäväperhekurssillemme!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