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Jeppo hembygdsmuseum, Kyrkvägen 105, Jeppo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18:00-20:00 Exkursion till Hednatemplet</w:t>
      </w:r>
    </w:p>
    <w:p>
      <w:r>
        <w:t>Exkursion till Hednatemplet och forngravar i närheten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