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Melontatukikohtamme sijaitsee osoitteessa Frilundintie 6, Vaasa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11:00-15:00 ÖPPET HUS på Vasa kanotklubb</w:t>
      </w:r>
    </w:p>
    <w:p>
      <w:r>
        <w:t xml:space="preserve">Järjestämme Vaskiluodon vajallamme AVOIMET OVET sunnuntaina 24.5.2026 klo 11-15.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