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Falli Park: Finnäsbackavägen 25, 68910 Bennäs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17:00-19:30 PeFF- Dag 2026  Öppethus och Prova-på-fotboll</w:t>
      </w:r>
    </w:p>
    <w:p>
      <w:r>
        <w:t>Välkommen till en kväll för hela familjen - fylld av fotbollsglädje och gemenskap vid Falli i Bennäs.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