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13:00-14:00 Webinaari: Urasuunnittelu työuran aikana</w:t>
      </w:r>
    </w:p>
    <w:p>
      <w:r>
        <w:t>Miten työelämän muutoksissa pysyy mukana? Maksuttomassa webinaarissa pohdit vahvuuksiasi, osaamistasi ja urasi suuntaa.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