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 xml:space="preserve">22:00-23:59 Yoko Ono vs. PISTOLERO MUERTE  Perjantai 22.5. </w:t>
      </w:r>
    </w:p>
    <w:p>
      <w:r>
        <w:t xml:space="preserve">Yoko Ono vs. PISTOLERO MUERTE Perjantai 22.5.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