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O'malley's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20:00-22:00 Stand up O’Malley’sissa 29.5. klo 20!</w:t>
      </w:r>
    </w:p>
    <w:p>
      <w:r>
        <w:t>Lauri Saviharju ja co. - Stand up O’Malley’sissa 29.5. klo 20!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