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Kronoby kyrka, Kyrkvägen 30, Kronoby</w:t>
      </w:r>
    </w:p>
    <w:p>
      <w:r>
        <w:t>24.6.2026 keskiviikko</w:t>
      </w:r>
    </w:p>
    <w:p>
      <w:pPr>
        <w:pStyle w:val="Heading1"/>
      </w:pPr>
      <w:r>
        <w:t>24.6.2026 keskiviikko</w:t>
      </w:r>
    </w:p>
    <w:p>
      <w:pPr>
        <w:pStyle w:val="Heading2"/>
      </w:pPr>
      <w:r>
        <w:t>19:00-20:00 Musik i försommarkvällen</w:t>
      </w:r>
    </w:p>
    <w:p>
      <w:r>
        <w:t>Sven-Olof Ray, orgel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